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D7ADC" w14:textId="77777777" w:rsidR="0004497A" w:rsidRDefault="00334E2D" w:rsidP="00C154CB">
      <w:pPr>
        <w:spacing w:after="0" w:line="400" w:lineRule="exact"/>
        <w:rPr>
          <w:rFonts w:asciiTheme="minorEastAsia" w:eastAsiaTheme="minorEastAsia" w:hAnsiTheme="minorEastAsia"/>
          <w:lang w:eastAsia="ja-JP"/>
        </w:rPr>
      </w:pPr>
      <w:r w:rsidRPr="00C154CB">
        <w:rPr>
          <w:rFonts w:asciiTheme="minorEastAsia" w:eastAsiaTheme="minorEastAsia" w:hAnsiTheme="minorEastAsia"/>
          <w:bCs/>
        </w:rPr>
        <w:t>別記</w:t>
      </w:r>
      <w:r w:rsidRPr="00C154CB">
        <w:rPr>
          <w:rFonts w:asciiTheme="minorEastAsia" w:eastAsiaTheme="minorEastAsia" w:hAnsiTheme="minorEastAsia"/>
        </w:rPr>
        <w:t xml:space="preserve">様式第１号　</w:t>
      </w:r>
    </w:p>
    <w:p w14:paraId="234636F9" w14:textId="6CB66C16" w:rsidR="00E3681F" w:rsidRPr="0004497A" w:rsidRDefault="00334E2D" w:rsidP="0004497A">
      <w:pPr>
        <w:spacing w:after="0" w:line="400" w:lineRule="exact"/>
        <w:jc w:val="center"/>
        <w:rPr>
          <w:rFonts w:asciiTheme="minorEastAsia" w:eastAsiaTheme="minorEastAsia" w:hAnsiTheme="minorEastAsia"/>
          <w:bCs/>
        </w:rPr>
      </w:pPr>
      <w:proofErr w:type="spellStart"/>
      <w:r w:rsidRPr="00C154CB">
        <w:rPr>
          <w:rFonts w:asciiTheme="minorEastAsia" w:eastAsiaTheme="minorEastAsia" w:hAnsiTheme="minorEastAsia"/>
        </w:rPr>
        <w:t>応募申請書</w:t>
      </w:r>
      <w:proofErr w:type="spellEnd"/>
    </w:p>
    <w:p w14:paraId="6C2CA576" w14:textId="77777777" w:rsidR="0004497A" w:rsidRDefault="0004497A" w:rsidP="00C154CB">
      <w:pPr>
        <w:spacing w:after="0" w:line="400" w:lineRule="exact"/>
        <w:rPr>
          <w:rFonts w:asciiTheme="minorEastAsia" w:eastAsiaTheme="minorEastAsia" w:hAnsiTheme="minorEastAsia"/>
          <w:lang w:eastAsia="ja-JP"/>
        </w:rPr>
      </w:pPr>
    </w:p>
    <w:p w14:paraId="57B7ACA5" w14:textId="763F0EEE" w:rsidR="00E3681F" w:rsidRPr="00C154CB" w:rsidRDefault="00334E2D" w:rsidP="00C154CB">
      <w:pPr>
        <w:spacing w:after="0" w:line="400" w:lineRule="exact"/>
        <w:rPr>
          <w:rFonts w:asciiTheme="minorEastAsia" w:eastAsiaTheme="minorEastAsia" w:hAnsiTheme="minorEastAsia"/>
        </w:rPr>
      </w:pPr>
      <w:r w:rsidRPr="00C154CB">
        <w:rPr>
          <w:rFonts w:asciiTheme="minorEastAsia" w:eastAsiaTheme="minorEastAsia" w:hAnsiTheme="minorEastAsia"/>
        </w:rPr>
        <w:t xml:space="preserve">１　</w:t>
      </w:r>
      <w:proofErr w:type="spellStart"/>
      <w:r w:rsidRPr="00C154CB">
        <w:rPr>
          <w:rFonts w:asciiTheme="minorEastAsia" w:eastAsiaTheme="minorEastAsia" w:hAnsiTheme="minorEastAsia"/>
        </w:rPr>
        <w:t>団体名</w:t>
      </w:r>
      <w:proofErr w:type="spellEnd"/>
    </w:p>
    <w:p w14:paraId="02332E1E" w14:textId="77777777" w:rsidR="0004497A" w:rsidRDefault="0004497A" w:rsidP="00C154CB">
      <w:pPr>
        <w:spacing w:after="0" w:line="400" w:lineRule="exact"/>
        <w:rPr>
          <w:rFonts w:asciiTheme="minorEastAsia" w:eastAsiaTheme="minorEastAsia" w:hAnsiTheme="minorEastAsia"/>
          <w:lang w:eastAsia="ja-JP"/>
        </w:rPr>
      </w:pPr>
    </w:p>
    <w:p w14:paraId="3C672D01" w14:textId="07D49A61" w:rsidR="00E3681F" w:rsidRPr="00C154CB" w:rsidRDefault="00334E2D" w:rsidP="00C154CB">
      <w:pPr>
        <w:spacing w:after="0" w:line="400" w:lineRule="exact"/>
        <w:rPr>
          <w:rFonts w:asciiTheme="minorEastAsia" w:eastAsiaTheme="minorEastAsia" w:hAnsiTheme="minorEastAsia"/>
        </w:rPr>
      </w:pPr>
      <w:r w:rsidRPr="00C154CB">
        <w:rPr>
          <w:rFonts w:asciiTheme="minorEastAsia" w:eastAsiaTheme="minorEastAsia" w:hAnsiTheme="minorEastAsia"/>
        </w:rPr>
        <w:t xml:space="preserve">２　</w:t>
      </w:r>
      <w:proofErr w:type="spellStart"/>
      <w:r w:rsidRPr="00C154CB">
        <w:rPr>
          <w:rFonts w:asciiTheme="minorEastAsia" w:eastAsiaTheme="minorEastAsia" w:hAnsiTheme="minorEastAsia"/>
        </w:rPr>
        <w:t>代表者名</w:t>
      </w:r>
      <w:proofErr w:type="spellEnd"/>
    </w:p>
    <w:p w14:paraId="54D7066F" w14:textId="77777777" w:rsidR="0004497A" w:rsidRDefault="0004497A" w:rsidP="00C154CB">
      <w:pPr>
        <w:spacing w:after="0" w:line="400" w:lineRule="exact"/>
        <w:rPr>
          <w:rFonts w:asciiTheme="minorEastAsia" w:eastAsiaTheme="minorEastAsia" w:hAnsiTheme="minorEastAsia"/>
          <w:lang w:eastAsia="ja-JP"/>
        </w:rPr>
      </w:pPr>
    </w:p>
    <w:p w14:paraId="5D364AE4" w14:textId="007CF531" w:rsidR="00E3681F" w:rsidRPr="00C154CB" w:rsidRDefault="00334E2D" w:rsidP="00C154CB">
      <w:pPr>
        <w:spacing w:after="0" w:line="400" w:lineRule="exact"/>
        <w:rPr>
          <w:rFonts w:asciiTheme="minorEastAsia" w:eastAsiaTheme="minorEastAsia" w:hAnsiTheme="minorEastAsia"/>
        </w:rPr>
      </w:pPr>
      <w:r w:rsidRPr="00C154CB">
        <w:rPr>
          <w:rFonts w:asciiTheme="minorEastAsia" w:eastAsiaTheme="minorEastAsia" w:hAnsiTheme="minorEastAsia"/>
        </w:rPr>
        <w:t xml:space="preserve">３　</w:t>
      </w:r>
      <w:proofErr w:type="spellStart"/>
      <w:r w:rsidRPr="00C154CB">
        <w:rPr>
          <w:rFonts w:asciiTheme="minorEastAsia" w:eastAsiaTheme="minorEastAsia" w:hAnsiTheme="minorEastAsia"/>
        </w:rPr>
        <w:t>所在地</w:t>
      </w:r>
      <w:proofErr w:type="spellEnd"/>
    </w:p>
    <w:p w14:paraId="2CB496FA" w14:textId="77777777" w:rsidR="0004497A" w:rsidRDefault="0004497A" w:rsidP="00C154CB">
      <w:pPr>
        <w:spacing w:after="0" w:line="400" w:lineRule="exact"/>
        <w:rPr>
          <w:rFonts w:asciiTheme="minorEastAsia" w:eastAsiaTheme="minorEastAsia" w:hAnsiTheme="minorEastAsia"/>
          <w:lang w:eastAsia="ja-JP"/>
        </w:rPr>
      </w:pPr>
    </w:p>
    <w:p w14:paraId="06E3EA44" w14:textId="581EB28C" w:rsidR="00E3681F" w:rsidRPr="00C154CB" w:rsidRDefault="00334E2D" w:rsidP="00C154CB">
      <w:pPr>
        <w:spacing w:after="0" w:line="400" w:lineRule="exact"/>
        <w:rPr>
          <w:rFonts w:asciiTheme="minorEastAsia" w:eastAsiaTheme="minorEastAsia" w:hAnsiTheme="minorEastAsia"/>
        </w:rPr>
      </w:pPr>
      <w:r w:rsidRPr="00C154CB">
        <w:rPr>
          <w:rFonts w:asciiTheme="minorEastAsia" w:eastAsiaTheme="minorEastAsia" w:hAnsiTheme="minorEastAsia"/>
        </w:rPr>
        <w:t xml:space="preserve">４　</w:t>
      </w:r>
      <w:proofErr w:type="spellStart"/>
      <w:r w:rsidRPr="00C154CB">
        <w:rPr>
          <w:rFonts w:asciiTheme="minorEastAsia" w:eastAsiaTheme="minorEastAsia" w:hAnsiTheme="minorEastAsia"/>
        </w:rPr>
        <w:t>事業計画概要</w:t>
      </w:r>
      <w:proofErr w:type="spellEnd"/>
    </w:p>
    <w:p w14:paraId="365EED9C" w14:textId="4FCFAF41" w:rsidR="00E3681F" w:rsidRPr="00C154CB" w:rsidRDefault="00E3681F" w:rsidP="0072748E">
      <w:pPr>
        <w:spacing w:after="0" w:line="400" w:lineRule="exact"/>
        <w:rPr>
          <w:rFonts w:asciiTheme="minorEastAsia" w:eastAsiaTheme="minorEastAsia" w:hAnsiTheme="minorEastAsia" w:hint="eastAsia"/>
          <w:lang w:eastAsia="ja-JP"/>
        </w:rPr>
      </w:pPr>
    </w:p>
    <w:sectPr w:rsidR="00E3681F" w:rsidRPr="00C154CB" w:rsidSect="00AF5A3F">
      <w:footerReference w:type="default" r:id="rId8"/>
      <w:pgSz w:w="11907" w:h="16840" w:code="9"/>
      <w:pgMar w:top="1440" w:right="1134" w:bottom="1440" w:left="1134" w:header="720" w:footer="720" w:gutter="0"/>
      <w:cols w:space="720"/>
      <w:docGrid w:type="linesAndChars" w:linePitch="368" w:charSpace="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151A4" w14:textId="77777777" w:rsidR="005871A4" w:rsidRDefault="005871A4" w:rsidP="00211565">
      <w:pPr>
        <w:spacing w:after="0" w:line="240" w:lineRule="auto"/>
      </w:pPr>
      <w:r>
        <w:separator/>
      </w:r>
    </w:p>
  </w:endnote>
  <w:endnote w:type="continuationSeparator" w:id="0">
    <w:p w14:paraId="6DD765D1" w14:textId="77777777" w:rsidR="005871A4" w:rsidRDefault="005871A4" w:rsidP="00211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明朝">
    <w:altName w:val="游ゴシック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06198"/>
      <w:docPartObj>
        <w:docPartGallery w:val="Page Numbers (Bottom of Page)"/>
        <w:docPartUnique/>
      </w:docPartObj>
    </w:sdtPr>
    <w:sdtEndPr/>
    <w:sdtContent>
      <w:p w14:paraId="03811588" w14:textId="6D9BE31E" w:rsidR="0083736A" w:rsidRDefault="0083736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66798D91" w14:textId="77777777" w:rsidR="0083736A" w:rsidRDefault="0083736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47589" w14:textId="77777777" w:rsidR="005871A4" w:rsidRDefault="005871A4" w:rsidP="00211565">
      <w:pPr>
        <w:spacing w:after="0" w:line="240" w:lineRule="auto"/>
      </w:pPr>
      <w:r>
        <w:separator/>
      </w:r>
    </w:p>
  </w:footnote>
  <w:footnote w:type="continuationSeparator" w:id="0">
    <w:p w14:paraId="55261DC9" w14:textId="77777777" w:rsidR="005871A4" w:rsidRDefault="005871A4" w:rsidP="002115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3010539">
    <w:abstractNumId w:val="8"/>
  </w:num>
  <w:num w:numId="2" w16cid:durableId="307442336">
    <w:abstractNumId w:val="6"/>
  </w:num>
  <w:num w:numId="3" w16cid:durableId="1620606879">
    <w:abstractNumId w:val="5"/>
  </w:num>
  <w:num w:numId="4" w16cid:durableId="104426744">
    <w:abstractNumId w:val="4"/>
  </w:num>
  <w:num w:numId="5" w16cid:durableId="403184780">
    <w:abstractNumId w:val="7"/>
  </w:num>
  <w:num w:numId="6" w16cid:durableId="1076633060">
    <w:abstractNumId w:val="3"/>
  </w:num>
  <w:num w:numId="7" w16cid:durableId="2060124379">
    <w:abstractNumId w:val="2"/>
  </w:num>
  <w:num w:numId="8" w16cid:durableId="1291014089">
    <w:abstractNumId w:val="1"/>
  </w:num>
  <w:num w:numId="9" w16cid:durableId="31321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239"/>
  <w:drawingGridVerticalSpacing w:val="184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97A"/>
    <w:rsid w:val="0006063C"/>
    <w:rsid w:val="000B09E6"/>
    <w:rsid w:val="00102D16"/>
    <w:rsid w:val="0011728E"/>
    <w:rsid w:val="0015074B"/>
    <w:rsid w:val="001530F2"/>
    <w:rsid w:val="00166B9C"/>
    <w:rsid w:val="0017739E"/>
    <w:rsid w:val="00210999"/>
    <w:rsid w:val="00211565"/>
    <w:rsid w:val="0029639D"/>
    <w:rsid w:val="002D7A13"/>
    <w:rsid w:val="002F2973"/>
    <w:rsid w:val="00326F90"/>
    <w:rsid w:val="00334E2D"/>
    <w:rsid w:val="00363BBD"/>
    <w:rsid w:val="00385E3A"/>
    <w:rsid w:val="00404301"/>
    <w:rsid w:val="004A6EED"/>
    <w:rsid w:val="004B2B9A"/>
    <w:rsid w:val="005604EA"/>
    <w:rsid w:val="00587197"/>
    <w:rsid w:val="005871A4"/>
    <w:rsid w:val="005E011A"/>
    <w:rsid w:val="00642FB0"/>
    <w:rsid w:val="00660B95"/>
    <w:rsid w:val="0066394B"/>
    <w:rsid w:val="006666BE"/>
    <w:rsid w:val="006728D1"/>
    <w:rsid w:val="006B1767"/>
    <w:rsid w:val="006B3B50"/>
    <w:rsid w:val="006E4B34"/>
    <w:rsid w:val="006E73D8"/>
    <w:rsid w:val="0072748E"/>
    <w:rsid w:val="00766D07"/>
    <w:rsid w:val="007C4F56"/>
    <w:rsid w:val="007C7432"/>
    <w:rsid w:val="007E6648"/>
    <w:rsid w:val="0082718A"/>
    <w:rsid w:val="0083736A"/>
    <w:rsid w:val="008B4945"/>
    <w:rsid w:val="00924525"/>
    <w:rsid w:val="00942449"/>
    <w:rsid w:val="00951EC3"/>
    <w:rsid w:val="009C0180"/>
    <w:rsid w:val="00A4124A"/>
    <w:rsid w:val="00A659EF"/>
    <w:rsid w:val="00AA1D8D"/>
    <w:rsid w:val="00AF5A3F"/>
    <w:rsid w:val="00B23266"/>
    <w:rsid w:val="00B4038E"/>
    <w:rsid w:val="00B47730"/>
    <w:rsid w:val="00B47C07"/>
    <w:rsid w:val="00B47D3A"/>
    <w:rsid w:val="00B56855"/>
    <w:rsid w:val="00B71277"/>
    <w:rsid w:val="00B94844"/>
    <w:rsid w:val="00C154CB"/>
    <w:rsid w:val="00C762DA"/>
    <w:rsid w:val="00CA635C"/>
    <w:rsid w:val="00CB0664"/>
    <w:rsid w:val="00CD4BC1"/>
    <w:rsid w:val="00D17545"/>
    <w:rsid w:val="00D34D82"/>
    <w:rsid w:val="00D85B7A"/>
    <w:rsid w:val="00DE4073"/>
    <w:rsid w:val="00E3681F"/>
    <w:rsid w:val="00FC00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E2322"/>
  <w14:defaultImageDpi w14:val="300"/>
  <w15:docId w15:val="{7D640900-EB28-48D2-B864-0CD1568A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eastAsia="MS 明朝" w:hAnsi="ＭＳ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D17545"/>
    <w:pPr>
      <w:spacing w:after="0" w:line="240" w:lineRule="auto"/>
    </w:pPr>
    <w:rPr>
      <w:rFonts w:ascii="ＭＳ 明朝" w:eastAsia="MS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齊藤　陽介</cp:lastModifiedBy>
  <cp:revision>2</cp:revision>
  <dcterms:created xsi:type="dcterms:W3CDTF">2026-09-28T05:33:00Z</dcterms:created>
  <dcterms:modified xsi:type="dcterms:W3CDTF">2026-09-28T05:33:00Z</dcterms:modified>
  <cp:category/>
</cp:coreProperties>
</file>